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80"/>
      </w:pPr>
      <w:r>
        <w:rPr>
          <w:b/>
          <w:color w:val="0D1B2A"/>
          <w:sz w:val="40"/>
        </w:rPr>
        <w:t>Freelancer / Contractor Service Agreement</w:t>
      </w:r>
    </w:p>
    <w:p>
      <w:pPr>
        <w:spacing w:before="0" w:after="240"/>
      </w:pPr>
      <w:r>
        <w:rPr>
          <w:i/>
          <w:color w:val="64748B"/>
          <w:sz w:val="20"/>
        </w:rPr>
        <w:t>Independent Contractor Agreement — UK Law</w:t>
      </w:r>
    </w:p>
    <w:p>
      <w:pPr>
        <w:spacing w:before="0" w:after="240"/>
      </w:pPr>
      <w:r>
        <w:rPr>
          <w:color w:val="00D4AA"/>
          <w:sz w:val="16"/>
        </w:rPr>
        <w:t>────────────────────────────────────────────────────────────────────────────────</w:t>
      </w:r>
    </w:p>
    <w:p>
      <w:pPr>
        <w:spacing w:before="0" w:after="120"/>
      </w:pPr>
      <w:r>
        <w:rPr>
          <w:b/>
          <w:i w:val="0"/>
          <w:color w:val="0D1B2A"/>
          <w:sz w:val="20"/>
        </w:rPr>
        <w:t>THIS SERVICE AGREEMENT is entered into on [DATE] between:</w:t>
      </w:r>
    </w:p>
    <w:p/>
    <w:p>
      <w:pPr>
        <w:spacing w:after="120"/>
      </w:pPr>
      <w:r>
        <w:rPr>
          <w:b/>
          <w:color w:val="0D1B2A"/>
          <w:sz w:val="20"/>
        </w:rPr>
        <w:t xml:space="preserve">Client: </w:t>
      </w:r>
      <w:r>
        <w:rPr>
          <w:color w:val="1E293B"/>
          <w:sz w:val="20"/>
        </w:rPr>
        <w:t>[Client Full Legal Name], [Company Number], registered at [Registered Address] ("the Client")</w:t>
      </w:r>
    </w:p>
    <w:p>
      <w:pPr>
        <w:spacing w:after="120"/>
      </w:pPr>
      <w:r>
        <w:rPr>
          <w:b/>
          <w:color w:val="0D1B2A"/>
          <w:sz w:val="20"/>
        </w:rPr>
        <w:t xml:space="preserve">Contractor: </w:t>
      </w:r>
      <w:r>
        <w:rPr>
          <w:color w:val="1E293B"/>
          <w:sz w:val="20"/>
        </w:rPr>
        <w:t>[Contractor Full Name / Company Name], [Company Number if applicable], of [Address] ("the Contractor")</w:t>
      </w:r>
    </w:p>
    <w:p/>
    <w:p>
      <w:pPr>
        <w:spacing w:before="160" w:after="80"/>
      </w:pPr>
      <w:r>
        <w:rPr>
          <w:b/>
          <w:i w:val="0"/>
          <w:color w:val="0D1B2A"/>
          <w:sz w:val="22"/>
        </w:rPr>
        <w:t>1. SERVICES</w:t>
      </w:r>
    </w:p>
    <w:p>
      <w:pPr>
        <w:spacing w:before="0" w:after="80"/>
      </w:pPr>
      <w:r>
        <w:rPr>
          <w:b w:val="0"/>
          <w:i w:val="0"/>
          <w:color w:val="1E293B"/>
          <w:sz w:val="20"/>
        </w:rPr>
        <w:t>The Contractor agrees to provide the following services to the Client (the "Services"):</w:t>
      </w:r>
    </w:p>
    <w:p>
      <w:pPr>
        <w:spacing w:before="0" w:after="80"/>
      </w:pPr>
      <w:r>
        <w:rPr>
          <w:b w:val="0"/>
          <w:i w:val="0"/>
          <w:color w:val="1E293B"/>
          <w:sz w:val="20"/>
        </w:rPr>
        <w:t>[Describe the services in detail, e.g. 'Web development services including design, build, and testing of a company website as further described in Schedule 1 attached hereto.']</w:t>
      </w:r>
    </w:p>
    <w:p>
      <w:pPr>
        <w:spacing w:before="0" w:after="80"/>
      </w:pPr>
      <w:r>
        <w:rPr>
          <w:b w:val="0"/>
          <w:i w:val="0"/>
          <w:color w:val="1E293B"/>
          <w:sz w:val="20"/>
        </w:rPr>
        <w:t>The Contractor shall perform the Services with reasonable care and skill and to a professional standard.</w:t>
      </w:r>
    </w:p>
    <w:p>
      <w:pPr>
        <w:spacing w:before="160" w:after="80"/>
      </w:pPr>
      <w:r>
        <w:rPr>
          <w:b/>
          <w:i w:val="0"/>
          <w:color w:val="0D1B2A"/>
          <w:sz w:val="22"/>
        </w:rPr>
        <w:t>2. TERM &amp; COMMENCEMENT</w:t>
      </w:r>
    </w:p>
    <w:p>
      <w:pPr>
        <w:spacing w:before="0" w:after="80"/>
      </w:pPr>
      <w:r>
        <w:rPr>
          <w:b w:val="0"/>
          <w:i w:val="0"/>
          <w:color w:val="1E293B"/>
          <w:sz w:val="20"/>
        </w:rPr>
        <w:t>This Agreement shall commence on [START DATE] and shall continue until [END DATE / the completion of the Services / further notice], unless terminated earlier in accordance with Clause 9.</w:t>
      </w:r>
    </w:p>
    <w:p>
      <w:pPr>
        <w:spacing w:before="160" w:after="80"/>
      </w:pPr>
      <w:r>
        <w:rPr>
          <w:b/>
          <w:i w:val="0"/>
          <w:color w:val="0D1B2A"/>
          <w:sz w:val="22"/>
        </w:rPr>
        <w:t>3. FEES &amp; PAYMENT</w:t>
      </w:r>
    </w:p>
    <w:p>
      <w:pPr>
        <w:spacing w:before="0" w:after="80"/>
      </w:pPr>
      <w:r>
        <w:rPr>
          <w:b w:val="0"/>
          <w:i w:val="0"/>
          <w:color w:val="1E293B"/>
          <w:sz w:val="20"/>
        </w:rPr>
        <w:t>In consideration for the Services, the Client shall pay the Contractor:</w:t>
      </w:r>
    </w:p>
    <w:p>
      <w:pPr>
        <w:spacing w:before="0" w:after="80"/>
      </w:pPr>
      <w:r>
        <w:rPr>
          <w:b w:val="0"/>
          <w:i w:val="0"/>
          <w:color w:val="1E293B"/>
          <w:sz w:val="20"/>
        </w:rPr>
        <w:t>Rate: [£X per hour / £X per day / £X fixed fee for the project]</w:t>
      </w:r>
    </w:p>
    <w:p>
      <w:pPr>
        <w:spacing w:before="0" w:after="80"/>
      </w:pPr>
      <w:r>
        <w:rPr>
          <w:b w:val="0"/>
          <w:i w:val="0"/>
          <w:color w:val="1E293B"/>
          <w:sz w:val="20"/>
        </w:rPr>
        <w:t>Payment Terms: [Net 30 days from invoice date / on completion / monthly in arrears]</w:t>
      </w:r>
    </w:p>
    <w:p>
      <w:pPr>
        <w:spacing w:before="0" w:after="80"/>
      </w:pPr>
      <w:r>
        <w:rPr>
          <w:b w:val="0"/>
          <w:i w:val="0"/>
          <w:color w:val="1E293B"/>
          <w:sz w:val="20"/>
        </w:rPr>
        <w:t>Invoicing: The Contractor shall submit invoices [weekly / monthly / on completion of milestones].</w:t>
      </w:r>
    </w:p>
    <w:p>
      <w:pPr>
        <w:spacing w:before="0" w:after="80"/>
      </w:pPr>
      <w:r>
        <w:rPr>
          <w:b w:val="0"/>
          <w:i w:val="0"/>
          <w:color w:val="1E293B"/>
          <w:sz w:val="20"/>
        </w:rPr>
        <w:t>Expenses: [Reasonable pre-approved expenses will be reimbursed / Expenses are included in the above fee].</w:t>
      </w:r>
    </w:p>
    <w:p>
      <w:pPr>
        <w:spacing w:before="0" w:after="80"/>
      </w:pPr>
      <w:r>
        <w:rPr>
          <w:b w:val="0"/>
          <w:i w:val="0"/>
          <w:color w:val="1E293B"/>
          <w:sz w:val="20"/>
        </w:rPr>
        <w:t>Late Payment: Interest shall accrue on overdue invoices at 8% above the Bank of England base rate under the Late Payment of Commercial Debts (Interest) Act 1998.</w:t>
      </w:r>
    </w:p>
    <w:p>
      <w:pPr>
        <w:spacing w:before="160" w:after="80"/>
      </w:pPr>
      <w:r>
        <w:rPr>
          <w:b/>
          <w:i w:val="0"/>
          <w:color w:val="0D1B2A"/>
          <w:sz w:val="22"/>
        </w:rPr>
        <w:t>4. INDEPENDENT CONTRACTOR STATUS</w:t>
      </w:r>
    </w:p>
    <w:p>
      <w:pPr>
        <w:spacing w:before="0" w:after="80"/>
      </w:pPr>
      <w:r>
        <w:rPr>
          <w:b w:val="0"/>
          <w:i w:val="0"/>
          <w:color w:val="1E293B"/>
          <w:sz w:val="20"/>
        </w:rPr>
        <w:t>The Contractor is engaged as an independent contractor and not as an employee, worker, or agent of the Client.</w:t>
      </w:r>
    </w:p>
    <w:p>
      <w:pPr>
        <w:spacing w:before="0" w:after="80"/>
      </w:pPr>
      <w:r>
        <w:rPr>
          <w:b w:val="0"/>
          <w:i w:val="0"/>
          <w:color w:val="1E293B"/>
          <w:sz w:val="20"/>
        </w:rPr>
        <w:t>The Contractor is responsible for all income tax, National Insurance contributions, and VAT (if applicable) arising from payments under this Agreement.</w:t>
      </w:r>
    </w:p>
    <w:p>
      <w:pPr>
        <w:spacing w:before="0" w:after="80"/>
      </w:pPr>
      <w:r>
        <w:rPr>
          <w:b w:val="0"/>
          <w:i w:val="0"/>
          <w:color w:val="1E293B"/>
          <w:sz w:val="20"/>
        </w:rPr>
        <w:t>The Client shall have no obligation to provide holiday pay, sick pay, pension, or any other employment benefits.</w:t>
      </w:r>
    </w:p>
    <w:p>
      <w:pPr>
        <w:spacing w:before="0" w:after="80"/>
      </w:pPr>
      <w:r>
        <w:rPr>
          <w:b w:val="0"/>
          <w:i w:val="0"/>
          <w:color w:val="1E293B"/>
          <w:sz w:val="20"/>
        </w:rPr>
        <w:t>Note: Both parties should consider whether IR35 (off-payroll working rules) applies to this engagement. If the engagement falls within IR35, different tax arrangements will apply.</w:t>
      </w:r>
    </w:p>
    <w:p>
      <w:pPr>
        <w:spacing w:before="160" w:after="80"/>
      </w:pPr>
      <w:r>
        <w:rPr>
          <w:b/>
          <w:i w:val="0"/>
          <w:color w:val="0D1B2A"/>
          <w:sz w:val="22"/>
        </w:rPr>
        <w:t>5. INTELLECTUAL PROPERTY</w:t>
      </w:r>
    </w:p>
    <w:p>
      <w:pPr>
        <w:spacing w:before="0" w:after="80"/>
      </w:pPr>
      <w:r>
        <w:rPr>
          <w:b w:val="0"/>
          <w:i w:val="0"/>
          <w:color w:val="1E293B"/>
          <w:sz w:val="20"/>
        </w:rPr>
        <w:t>All intellectual property rights in any work, materials, or deliverables created by the Contractor in the course of performing the Services ("Work Product") shall [CHOOSE ONE]:</w:t>
      </w:r>
    </w:p>
    <w:p>
      <w:pPr>
        <w:spacing w:before="0" w:after="80"/>
      </w:pPr>
      <w:r>
        <w:rPr>
          <w:b w:val="0"/>
          <w:i w:val="0"/>
          <w:color w:val="1E293B"/>
          <w:sz w:val="20"/>
        </w:rPr>
        <w:t>Option A (IP assigned to Client): vest in and be assigned to the Client upon creation, and the Contractor hereby assigns all such rights to the Client with full title guarantee.</w:t>
      </w:r>
    </w:p>
    <w:p>
      <w:pPr>
        <w:spacing w:before="0" w:after="80"/>
      </w:pPr>
      <w:r>
        <w:rPr>
          <w:b w:val="0"/>
          <w:i w:val="0"/>
          <w:color w:val="1E293B"/>
          <w:sz w:val="20"/>
        </w:rPr>
        <w:t>Option B (IP retained by Contractor): remain the property of the Contractor, who grants the Client a non-exclusive, perpetual, royalty-free licence to use the Work Product for the purposes for which it was created.</w:t>
      </w:r>
    </w:p>
    <w:p>
      <w:pPr>
        <w:spacing w:before="160" w:after="80"/>
      </w:pPr>
      <w:r>
        <w:rPr>
          <w:b/>
          <w:i w:val="0"/>
          <w:color w:val="0D1B2A"/>
          <w:sz w:val="22"/>
        </w:rPr>
        <w:t>6. CONFIDENTIALITY</w:t>
      </w:r>
    </w:p>
    <w:p>
      <w:pPr>
        <w:spacing w:before="0" w:after="80"/>
      </w:pPr>
      <w:r>
        <w:rPr>
          <w:b w:val="0"/>
          <w:i w:val="0"/>
          <w:color w:val="1E293B"/>
          <w:sz w:val="20"/>
        </w:rPr>
        <w:t>The Contractor shall keep confidential all information relating to the Client's business, customers, and operations that is not in the public domain, and shall not use such information for any purpose other than performing the Services.</w:t>
      </w:r>
    </w:p>
    <w:p>
      <w:pPr>
        <w:spacing w:before="0" w:after="80"/>
      </w:pPr>
      <w:r>
        <w:rPr>
          <w:b w:val="0"/>
          <w:i w:val="0"/>
          <w:color w:val="1E293B"/>
          <w:sz w:val="20"/>
        </w:rPr>
        <w:t>This obligation shall survive the termination of this Agreement for a period of [3] years.</w:t>
      </w:r>
    </w:p>
    <w:p>
      <w:pPr>
        <w:spacing w:before="160" w:after="80"/>
      </w:pPr>
      <w:r>
        <w:rPr>
          <w:b/>
          <w:i w:val="0"/>
          <w:color w:val="0D1B2A"/>
          <w:sz w:val="22"/>
        </w:rPr>
        <w:t>7. DATA PROTECTION</w:t>
      </w:r>
    </w:p>
    <w:p>
      <w:pPr>
        <w:spacing w:before="0" w:after="80"/>
      </w:pPr>
      <w:r>
        <w:rPr>
          <w:b w:val="0"/>
          <w:i w:val="0"/>
          <w:color w:val="1E293B"/>
          <w:sz w:val="20"/>
        </w:rPr>
        <w:t>Where the Contractor processes personal data on behalf of the Client, the Contractor shall comply with all applicable data protection legislation including the UK GDPR and the Data Protection Act 2018.</w:t>
      </w:r>
    </w:p>
    <w:p>
      <w:pPr>
        <w:spacing w:before="0" w:after="80"/>
      </w:pPr>
      <w:r>
        <w:rPr>
          <w:b w:val="0"/>
          <w:i w:val="0"/>
          <w:color w:val="1E293B"/>
          <w:sz w:val="20"/>
        </w:rPr>
        <w:t>The parties shall enter into a Data Processing Agreement if required under Article 28 of the UK GDPR.</w:t>
      </w:r>
    </w:p>
    <w:p>
      <w:pPr>
        <w:spacing w:before="160" w:after="80"/>
      </w:pPr>
      <w:r>
        <w:rPr>
          <w:b/>
          <w:i w:val="0"/>
          <w:color w:val="0D1B2A"/>
          <w:sz w:val="22"/>
        </w:rPr>
        <w:t>8. WARRANTIES &amp; INDEMNITY</w:t>
      </w:r>
    </w:p>
    <w:p>
      <w:pPr>
        <w:spacing w:before="0" w:after="80"/>
      </w:pPr>
      <w:r>
        <w:rPr>
          <w:b w:val="0"/>
          <w:i w:val="0"/>
          <w:color w:val="1E293B"/>
          <w:sz w:val="20"/>
        </w:rPr>
        <w:t>The Contractor warrants that: (a) it has the right to enter into this Agreement; (b) the Services will not infringe any third-party intellectual property rights; (c) it holds all necessary licences, qualifications, and insurance.</w:t>
      </w:r>
    </w:p>
    <w:p>
      <w:pPr>
        <w:spacing w:before="0" w:after="80"/>
      </w:pPr>
      <w:r>
        <w:rPr>
          <w:b w:val="0"/>
          <w:i w:val="0"/>
          <w:color w:val="1E293B"/>
          <w:sz w:val="20"/>
        </w:rPr>
        <w:t>The Contractor shall indemnify the Client against any losses arising from the Contractor's breach of this Agreement.</w:t>
      </w:r>
    </w:p>
    <w:p>
      <w:pPr>
        <w:spacing w:before="160" w:after="80"/>
      </w:pPr>
      <w:r>
        <w:rPr>
          <w:b/>
          <w:i w:val="0"/>
          <w:color w:val="0D1B2A"/>
          <w:sz w:val="22"/>
        </w:rPr>
        <w:t>9. TERMINATION</w:t>
      </w:r>
    </w:p>
    <w:p>
      <w:pPr>
        <w:spacing w:before="0" w:after="80"/>
      </w:pPr>
      <w:r>
        <w:rPr>
          <w:b w:val="0"/>
          <w:i w:val="0"/>
          <w:color w:val="1E293B"/>
          <w:sz w:val="20"/>
        </w:rPr>
        <w:t>Either party may terminate this Agreement by giving [30] days' written notice to the other party.</w:t>
      </w:r>
    </w:p>
    <w:p>
      <w:pPr>
        <w:spacing w:before="0" w:after="80"/>
      </w:pPr>
      <w:r>
        <w:rPr>
          <w:b w:val="0"/>
          <w:i w:val="0"/>
          <w:color w:val="1E293B"/>
          <w:sz w:val="20"/>
        </w:rPr>
        <w:t>Either party may terminate this Agreement immediately on written notice if the other party commits a material breach that is incapable of remedy, or fails to remedy a remediable breach within [14] days of written notice.</w:t>
      </w:r>
    </w:p>
    <w:p>
      <w:pPr>
        <w:spacing w:before="0" w:after="80"/>
      </w:pPr>
      <w:r>
        <w:rPr>
          <w:b w:val="0"/>
          <w:i w:val="0"/>
          <w:color w:val="1E293B"/>
          <w:sz w:val="20"/>
        </w:rPr>
        <w:t>On termination, the Client shall pay for all Services properly performed up to the date of termination.</w:t>
      </w:r>
    </w:p>
    <w:p>
      <w:pPr>
        <w:spacing w:before="160" w:after="80"/>
      </w:pPr>
      <w:r>
        <w:rPr>
          <w:b/>
          <w:i w:val="0"/>
          <w:color w:val="0D1B2A"/>
          <w:sz w:val="22"/>
        </w:rPr>
        <w:t>10. GOVERNING LAW</w:t>
      </w:r>
    </w:p>
    <w:p>
      <w:pPr>
        <w:spacing w:before="0" w:after="80"/>
      </w:pPr>
      <w:r>
        <w:rPr>
          <w:b w:val="0"/>
          <w:i w:val="0"/>
          <w:color w:val="1E293B"/>
          <w:sz w:val="20"/>
        </w:rPr>
        <w:t>This Agreement shall be governed by and construed in accordance with the laws of England and Wales.</w:t>
      </w:r>
    </w:p>
    <w:p/>
    <w:p>
      <w:pPr>
        <w:spacing w:before="0" w:after="120"/>
      </w:pPr>
      <w:r>
        <w:rPr>
          <w:b/>
          <w:i w:val="0"/>
          <w:color w:val="0D1B2A"/>
          <w:sz w:val="20"/>
        </w:rPr>
        <w:t>SIGNED AS A DEED by the parties:</w:t>
      </w:r>
    </w:p>
    <w:p/>
    <w:tbl>
      <w:tblPr>
        <w:tblStyle w:val="TableGrid"/>
        <w:tblW w:type="auto" w:w="0"/>
        <w:tblLook w:firstColumn="1" w:firstRow="1" w:lastColumn="0" w:lastRow="0" w:noHBand="0" w:noVBand="1" w:val="04A0"/>
      </w:tblPr>
      <w:tblGrid>
        <w:gridCol w:w="4536"/>
        <w:gridCol w:w="4536"/>
      </w:tblGrid>
      <w:tr>
        <w:tc>
          <w:tcPr>
            <w:tcW w:type="dxa" w:w="4536"/>
          </w:tcPr>
          <w:p>
            <w:r/>
          </w:p>
          <w:p>
            <w:pPr>
              <w:spacing w:after="80"/>
            </w:pPr>
            <w:r>
              <w:rPr>
                <w:sz w:val="20"/>
              </w:rPr>
              <w:t>Signed for CLIENT:</w:t>
            </w:r>
          </w:p>
          <w:p>
            <w:pPr>
              <w:spacing w:after="80"/>
            </w:pPr>
          </w:p>
          <w:p>
            <w:pPr>
              <w:spacing w:after="80"/>
            </w:pPr>
            <w:r>
              <w:rPr>
                <w:sz w:val="20"/>
              </w:rPr>
              <w:t>Signature: ___________________________</w:t>
            </w:r>
          </w:p>
          <w:p>
            <w:pPr>
              <w:spacing w:after="80"/>
            </w:pPr>
          </w:p>
          <w:p>
            <w:pPr>
              <w:spacing w:after="80"/>
            </w:pPr>
            <w:r>
              <w:rPr>
                <w:sz w:val="20"/>
              </w:rPr>
              <w:t>Name: ___________________________</w:t>
            </w:r>
          </w:p>
          <w:p>
            <w:pPr>
              <w:spacing w:after="80"/>
            </w:pPr>
          </w:p>
          <w:p>
            <w:pPr>
              <w:spacing w:after="80"/>
            </w:pPr>
            <w:r>
              <w:rPr>
                <w:sz w:val="20"/>
              </w:rPr>
              <w:t>Title: ___________________________</w:t>
            </w:r>
          </w:p>
          <w:p>
            <w:pPr>
              <w:spacing w:after="80"/>
            </w:pPr>
          </w:p>
          <w:p>
            <w:pPr>
              <w:spacing w:after="80"/>
            </w:pPr>
            <w:r>
              <w:rPr>
                <w:sz w:val="20"/>
              </w:rPr>
              <w:t>Date: ___________________________</w:t>
            </w:r>
          </w:p>
        </w:tc>
        <w:tc>
          <w:tcPr>
            <w:tcW w:type="dxa" w:w="4536"/>
          </w:tcPr>
          <w:p>
            <w:r/>
          </w:p>
          <w:p>
            <w:pPr>
              <w:spacing w:after="80"/>
            </w:pPr>
            <w:r>
              <w:rPr>
                <w:sz w:val="20"/>
              </w:rPr>
              <w:t>Signed for CONTRACTOR:</w:t>
            </w:r>
          </w:p>
          <w:p>
            <w:pPr>
              <w:spacing w:after="80"/>
            </w:pPr>
          </w:p>
          <w:p>
            <w:pPr>
              <w:spacing w:after="80"/>
            </w:pPr>
            <w:r>
              <w:rPr>
                <w:sz w:val="20"/>
              </w:rPr>
              <w:t>Signature: ___________________________</w:t>
            </w:r>
          </w:p>
          <w:p>
            <w:pPr>
              <w:spacing w:after="80"/>
            </w:pPr>
          </w:p>
          <w:p>
            <w:pPr>
              <w:spacing w:after="80"/>
            </w:pPr>
            <w:r>
              <w:rPr>
                <w:sz w:val="20"/>
              </w:rPr>
              <w:t>Name: ___________________________</w:t>
            </w:r>
          </w:p>
          <w:p>
            <w:pPr>
              <w:spacing w:after="80"/>
            </w:pPr>
          </w:p>
          <w:p>
            <w:pPr>
              <w:spacing w:after="80"/>
            </w:pPr>
            <w:r>
              <w:rPr>
                <w:sz w:val="20"/>
              </w:rPr>
              <w:t>Title: ___________________________</w:t>
            </w:r>
          </w:p>
          <w:p>
            <w:pPr>
              <w:spacing w:after="80"/>
            </w:pPr>
          </w:p>
          <w:p>
            <w:pPr>
              <w:spacing w:after="80"/>
            </w:pPr>
            <w:r>
              <w:rPr>
                <w:sz w:val="20"/>
              </w:rPr>
              <w:t>Date: ___________________________</w:t>
            </w:r>
          </w:p>
        </w:tc>
      </w:tr>
    </w:tbl>
    <w:p/>
    <w:p>
      <w:pPr>
        <w:spacing w:before="240"/>
      </w:pPr>
      <w:r>
        <w:rPr>
          <w:i/>
          <w:color w:val="94A3B8"/>
          <w:sz w:val="16"/>
        </w:rPr>
        <w:t>Template provided by GuideToBusiness.co.uk — The Complete UK Small Business Guide | 2026/27</w:t>
      </w:r>
    </w:p>
    <w:sectPr w:rsidR="00FC693F" w:rsidRPr="0006063C" w:rsidSect="00034616">
      <w:pgSz w:w="11906" w:h="16838"/>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