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pPr>
      <w:r>
        <w:rPr>
          <w:b/>
          <w:color w:val="0D1B2A"/>
          <w:sz w:val="40"/>
        </w:rPr>
        <w:t>Non-Disclosure Agreement (NDA)</w:t>
      </w:r>
    </w:p>
    <w:p>
      <w:pPr>
        <w:spacing w:before="0" w:after="240"/>
      </w:pPr>
      <w:r>
        <w:rPr>
          <w:i/>
          <w:color w:val="64748B"/>
          <w:sz w:val="20"/>
        </w:rPr>
        <w:t>Mutual Confidentiality Agreement — UK Law</w:t>
      </w:r>
    </w:p>
    <w:p>
      <w:pPr>
        <w:spacing w:before="0" w:after="240"/>
      </w:pPr>
      <w:r>
        <w:rPr>
          <w:color w:val="00D4AA"/>
          <w:sz w:val="16"/>
        </w:rPr>
        <w:t>────────────────────────────────────────────────────────────────────────────────</w:t>
      </w:r>
    </w:p>
    <w:p>
      <w:pPr>
        <w:spacing w:before="0" w:after="120"/>
      </w:pPr>
      <w:r>
        <w:rPr>
          <w:b/>
          <w:i w:val="0"/>
          <w:color w:val="0D1B2A"/>
          <w:sz w:val="20"/>
        </w:rPr>
        <w:t>THIS NON-DISCLOSURE AGREEMENT is entered into on [DATE] between:</w:t>
      </w:r>
    </w:p>
    <w:p/>
    <w:p>
      <w:pPr>
        <w:spacing w:after="120"/>
      </w:pPr>
      <w:r>
        <w:rPr>
          <w:b/>
          <w:color w:val="0D1B2A"/>
          <w:sz w:val="20"/>
        </w:rPr>
        <w:t xml:space="preserve">Party 1 (Disclosing Party): </w:t>
      </w:r>
      <w:r>
        <w:rPr>
          <w:color w:val="1E293B"/>
          <w:sz w:val="20"/>
        </w:rPr>
        <w:t>[Full Legal Name], [Company Number if applicable], registered at [Registered Address]</w:t>
      </w:r>
    </w:p>
    <w:p>
      <w:pPr>
        <w:spacing w:after="120"/>
      </w:pPr>
      <w:r>
        <w:rPr>
          <w:b/>
          <w:color w:val="0D1B2A"/>
          <w:sz w:val="20"/>
        </w:rPr>
        <w:t xml:space="preserve">Party 2 (Receiving Party): </w:t>
      </w:r>
      <w:r>
        <w:rPr>
          <w:color w:val="1E293B"/>
          <w:sz w:val="20"/>
        </w:rPr>
        <w:t>[Full Legal Name], [Company Number if applicable], registered at [Registered Address]</w:t>
      </w:r>
    </w:p>
    <w:p/>
    <w:p>
      <w:pPr>
        <w:spacing w:before="0" w:after="120"/>
      </w:pPr>
      <w:r>
        <w:rPr>
          <w:b w:val="0"/>
          <w:i/>
          <w:color w:val="64748B"/>
          <w:sz w:val="20"/>
        </w:rPr>
        <w:t>(together referred to as the "Parties" and each a "Party")</w:t>
      </w:r>
    </w:p>
    <w:p/>
    <w:p>
      <w:pPr>
        <w:spacing w:before="160" w:after="80"/>
      </w:pPr>
      <w:r>
        <w:rPr>
          <w:b/>
          <w:i w:val="0"/>
          <w:color w:val="0D1B2A"/>
          <w:sz w:val="22"/>
        </w:rPr>
        <w:t>1. PURPOSE</w:t>
      </w:r>
    </w:p>
    <w:p>
      <w:pPr>
        <w:spacing w:before="0" w:after="80"/>
      </w:pPr>
      <w:r>
        <w:rPr>
          <w:b w:val="0"/>
          <w:i w:val="0"/>
          <w:color w:val="1E293B"/>
          <w:sz w:val="20"/>
        </w:rPr>
        <w:t>The Parties wish to explore a potential business relationship in connection with: [describe the purpose, e.g. 'a potential joint venture / supply agreement / investment / employment relationship'] (the "Permitted Purpose").</w:t>
      </w:r>
    </w:p>
    <w:p>
      <w:pPr>
        <w:spacing w:before="0" w:after="80"/>
      </w:pPr>
      <w:r>
        <w:rPr>
          <w:b w:val="0"/>
          <w:i w:val="0"/>
          <w:color w:val="1E293B"/>
          <w:sz w:val="20"/>
        </w:rPr>
        <w:t>In connection with the Permitted Purpose, each Party may disclose Confidential Information (as defined below) to the other Party.</w:t>
      </w:r>
    </w:p>
    <w:p>
      <w:pPr>
        <w:spacing w:before="160" w:after="80"/>
      </w:pPr>
      <w:r>
        <w:rPr>
          <w:b/>
          <w:i w:val="0"/>
          <w:color w:val="0D1B2A"/>
          <w:sz w:val="22"/>
        </w:rPr>
        <w:t>2. DEFINITION OF CONFIDENTIAL INFORMATION</w:t>
      </w:r>
    </w:p>
    <w:p>
      <w:pPr>
        <w:spacing w:before="0" w:after="80"/>
      </w:pPr>
      <w:r>
        <w:rPr>
          <w:b w:val="0"/>
          <w:i w:val="0"/>
          <w:color w:val="1E293B"/>
          <w:sz w:val="20"/>
        </w:rPr>
        <w:t>"Confidential Information" means any information disclosed by one Party (the "Disclosing Party") to the other Party (the "Receiving Party"), whether orally, in writing, or by any other means, that:</w:t>
      </w:r>
    </w:p>
    <w:p>
      <w:pPr>
        <w:spacing w:before="0" w:after="80"/>
      </w:pPr>
      <w:r>
        <w:rPr>
          <w:b w:val="0"/>
          <w:i w:val="0"/>
          <w:color w:val="1E293B"/>
          <w:sz w:val="20"/>
        </w:rPr>
        <w:t>(a) is designated as confidential; or</w:t>
      </w:r>
    </w:p>
    <w:p>
      <w:pPr>
        <w:spacing w:before="0" w:after="80"/>
      </w:pPr>
      <w:r>
        <w:rPr>
          <w:b w:val="0"/>
          <w:i w:val="0"/>
          <w:color w:val="1E293B"/>
          <w:sz w:val="20"/>
        </w:rPr>
        <w:t>(b) reasonably should be understood to be confidential given the nature of the information and the circumstances of disclosure.</w:t>
      </w:r>
    </w:p>
    <w:p>
      <w:pPr>
        <w:spacing w:before="0" w:after="80"/>
      </w:pPr>
      <w:r>
        <w:rPr>
          <w:b w:val="0"/>
          <w:i w:val="0"/>
          <w:color w:val="1E293B"/>
          <w:sz w:val="20"/>
        </w:rPr>
        <w:t>Confidential Information includes, but is not limited to: business plans, financial information, customer lists, pricing, technical data, trade secrets, intellectual property, and any other proprietary information.</w:t>
      </w:r>
    </w:p>
    <w:p>
      <w:pPr>
        <w:spacing w:before="0" w:after="80"/>
      </w:pPr>
      <w:r>
        <w:rPr>
          <w:b w:val="0"/>
          <w:i w:val="0"/>
          <w:color w:val="1E293B"/>
          <w:sz w:val="20"/>
        </w:rPr>
        <w:t>Confidential Information does not include information that: (i) is or becomes publicly known through no breach of this Agreement; (ii) was rightfully known to the Receiving Party before disclosure; (iii) is independently developed by the Receiving Party without use of the Confidential Information; or (iv) is required to be disclosed by law or court order.</w:t>
      </w:r>
    </w:p>
    <w:p>
      <w:pPr>
        <w:spacing w:before="160" w:after="80"/>
      </w:pPr>
      <w:r>
        <w:rPr>
          <w:b/>
          <w:i w:val="0"/>
          <w:color w:val="0D1B2A"/>
          <w:sz w:val="22"/>
        </w:rPr>
        <w:t>3. OBLIGATIONS OF THE RECEIVING PARTY</w:t>
      </w:r>
    </w:p>
    <w:p>
      <w:pPr>
        <w:spacing w:before="0" w:after="80"/>
      </w:pPr>
      <w:r>
        <w:rPr>
          <w:b w:val="0"/>
          <w:i w:val="0"/>
          <w:color w:val="1E293B"/>
          <w:sz w:val="20"/>
        </w:rPr>
        <w:t>The Receiving Party agrees to:</w:t>
      </w:r>
    </w:p>
    <w:p>
      <w:pPr>
        <w:spacing w:before="0" w:after="80"/>
      </w:pPr>
      <w:r>
        <w:rPr>
          <w:b w:val="0"/>
          <w:i w:val="0"/>
          <w:color w:val="1E293B"/>
          <w:sz w:val="20"/>
        </w:rPr>
        <w:t>(a) keep the Confidential Information strictly confidential and not disclose it to any third party without the prior written consent of the Disclosing Party;</w:t>
      </w:r>
    </w:p>
    <w:p>
      <w:pPr>
        <w:spacing w:before="0" w:after="80"/>
      </w:pPr>
      <w:r>
        <w:rPr>
          <w:b w:val="0"/>
          <w:i w:val="0"/>
          <w:color w:val="1E293B"/>
          <w:sz w:val="20"/>
        </w:rPr>
        <w:t>(b) use the Confidential Information solely for the Permitted Purpose;</w:t>
      </w:r>
    </w:p>
    <w:p>
      <w:pPr>
        <w:spacing w:before="0" w:after="80"/>
      </w:pPr>
      <w:r>
        <w:rPr>
          <w:b w:val="0"/>
          <w:i w:val="0"/>
          <w:color w:val="1E293B"/>
          <w:sz w:val="20"/>
        </w:rPr>
        <w:t>(c) protect the Confidential Information using at least the same degree of care used to protect its own confidential information, but in no event less than reasonable care;</w:t>
      </w:r>
    </w:p>
    <w:p>
      <w:pPr>
        <w:spacing w:before="0" w:after="80"/>
      </w:pPr>
      <w:r>
        <w:rPr>
          <w:b w:val="0"/>
          <w:i w:val="0"/>
          <w:color w:val="1E293B"/>
          <w:sz w:val="20"/>
        </w:rPr>
        <w:t>(d) limit access to the Confidential Information to those of its employees, officers, advisers, and contractors who have a need to know it for the Permitted Purpose and who are bound by confidentiality obligations no less restrictive than those in this Agreement.</w:t>
      </w:r>
    </w:p>
    <w:p>
      <w:pPr>
        <w:spacing w:before="160" w:after="80"/>
      </w:pPr>
      <w:r>
        <w:rPr>
          <w:b/>
          <w:i w:val="0"/>
          <w:color w:val="0D1B2A"/>
          <w:sz w:val="22"/>
        </w:rPr>
        <w:t>4. TERM</w:t>
      </w:r>
    </w:p>
    <w:p>
      <w:pPr>
        <w:spacing w:before="0" w:after="80"/>
      </w:pPr>
      <w:r>
        <w:rPr>
          <w:b w:val="0"/>
          <w:i w:val="0"/>
          <w:color w:val="1E293B"/>
          <w:sz w:val="20"/>
        </w:rPr>
        <w:t>This Agreement shall come into effect on the date first written above and shall continue for a period of [2 / 3 / 5] years, unless terminated earlier by either Party on [30] days' written notice.</w:t>
      </w:r>
    </w:p>
    <w:p>
      <w:pPr>
        <w:spacing w:before="0" w:after="80"/>
      </w:pPr>
      <w:r>
        <w:rPr>
          <w:b w:val="0"/>
          <w:i w:val="0"/>
          <w:color w:val="1E293B"/>
          <w:sz w:val="20"/>
        </w:rPr>
        <w:t>The obligations of confidentiality shall survive the termination of this Agreement for a further period of [3 / 5] years.</w:t>
      </w:r>
    </w:p>
    <w:p>
      <w:pPr>
        <w:spacing w:before="160" w:after="80"/>
      </w:pPr>
      <w:r>
        <w:rPr>
          <w:b/>
          <w:i w:val="0"/>
          <w:color w:val="0D1B2A"/>
          <w:sz w:val="22"/>
        </w:rPr>
        <w:t>5. RETURN OF INFORMATION</w:t>
      </w:r>
    </w:p>
    <w:p>
      <w:pPr>
        <w:spacing w:before="0" w:after="80"/>
      </w:pPr>
      <w:r>
        <w:rPr>
          <w:b w:val="0"/>
          <w:i w:val="0"/>
          <w:color w:val="1E293B"/>
          <w:sz w:val="20"/>
        </w:rPr>
        <w:t>Upon request by the Disclosing Party, or upon termination of this Agreement, the Receiving Party shall promptly return or destroy all Confidential Information and any copies thereof, and shall certify in writing that it has done so.</w:t>
      </w:r>
    </w:p>
    <w:p>
      <w:pPr>
        <w:spacing w:before="160" w:after="80"/>
      </w:pPr>
      <w:r>
        <w:rPr>
          <w:b/>
          <w:i w:val="0"/>
          <w:color w:val="0D1B2A"/>
          <w:sz w:val="22"/>
        </w:rPr>
        <w:t>6. NO LICENCE</w:t>
      </w:r>
    </w:p>
    <w:p>
      <w:pPr>
        <w:spacing w:before="0" w:after="80"/>
      </w:pPr>
      <w:r>
        <w:rPr>
          <w:b w:val="0"/>
          <w:i w:val="0"/>
          <w:color w:val="1E293B"/>
          <w:sz w:val="20"/>
        </w:rPr>
        <w:t>Nothing in this Agreement grants the Receiving Party any licence or right in respect of any intellectual property rights of the Disclosing Party.</w:t>
      </w:r>
    </w:p>
    <w:p>
      <w:pPr>
        <w:spacing w:before="160" w:after="80"/>
      </w:pPr>
      <w:r>
        <w:rPr>
          <w:b/>
          <w:i w:val="0"/>
          <w:color w:val="0D1B2A"/>
          <w:sz w:val="22"/>
        </w:rPr>
        <w:t>7. REMEDIES</w:t>
      </w:r>
    </w:p>
    <w:p>
      <w:pPr>
        <w:spacing w:before="0" w:after="80"/>
      </w:pPr>
      <w:r>
        <w:rPr>
          <w:b w:val="0"/>
          <w:i w:val="0"/>
          <w:color w:val="1E293B"/>
          <w:sz w:val="20"/>
        </w:rPr>
        <w:t>The Parties acknowledge that any breach of this Agreement may cause irreparable harm for which monetary damages would be an inadequate remedy, and that the Disclosing Party shall be entitled to seek injunctive or other equitable relief in addition to any other remedies available at law.</w:t>
      </w:r>
    </w:p>
    <w:p>
      <w:pPr>
        <w:spacing w:before="160" w:after="80"/>
      </w:pPr>
      <w:r>
        <w:rPr>
          <w:b/>
          <w:i w:val="0"/>
          <w:color w:val="0D1B2A"/>
          <w:sz w:val="22"/>
        </w:rPr>
        <w:t>8. GOVERNING LAW &amp; JURISDICTION</w:t>
      </w:r>
    </w:p>
    <w:p>
      <w:pPr>
        <w:spacing w:before="0" w:after="80"/>
      </w:pPr>
      <w:r>
        <w:rPr>
          <w:b w:val="0"/>
          <w:i w:val="0"/>
          <w:color w:val="1E293B"/>
          <w:sz w:val="20"/>
        </w:rPr>
        <w:t>This Agreement shall be governed by and construed in accordance with the laws of England and Wales. Each Party irrevocably submits to the exclusive jurisdiction of the courts of England and Wales.</w:t>
      </w:r>
    </w:p>
    <w:p>
      <w:pPr>
        <w:spacing w:before="160" w:after="80"/>
      </w:pPr>
      <w:r>
        <w:rPr>
          <w:b/>
          <w:i w:val="0"/>
          <w:color w:val="0D1B2A"/>
          <w:sz w:val="22"/>
        </w:rPr>
        <w:t>9. ENTIRE AGREEMENT</w:t>
      </w:r>
    </w:p>
    <w:p>
      <w:pPr>
        <w:spacing w:before="0" w:after="80"/>
      </w:pPr>
      <w:r>
        <w:rPr>
          <w:b w:val="0"/>
          <w:i w:val="0"/>
          <w:color w:val="1E293B"/>
          <w:sz w:val="20"/>
        </w:rPr>
        <w:t>This Agreement constitutes the entire agreement between the Parties with respect to its subject matter and supersedes all prior agreements, understandings, and negotiations.</w:t>
      </w:r>
    </w:p>
    <w:p/>
    <w:p>
      <w:pPr>
        <w:spacing w:before="0" w:after="120"/>
      </w:pPr>
      <w:r>
        <w:rPr>
          <w:b/>
          <w:i w:val="0"/>
          <w:color w:val="0D1B2A"/>
          <w:sz w:val="20"/>
        </w:rPr>
        <w:t>IN WITNESS WHEREOF, the Parties have executed this Agreement as of the date first written above.</w:t>
      </w:r>
    </w:p>
    <w:p/>
    <w:tbl>
      <w:tblPr>
        <w:tblStyle w:val="TableGrid"/>
        <w:tblW w:type="auto" w:w="0"/>
        <w:jc w:val="center"/>
        <w:tblLook w:firstColumn="1" w:firstRow="1" w:lastColumn="0" w:lastRow="0" w:noHBand="0" w:noVBand="1" w:val="04A0"/>
      </w:tblPr>
      <w:tblGrid>
        <w:gridCol w:w="4536"/>
        <w:gridCol w:w="4536"/>
      </w:tblGrid>
      <w:tr>
        <w:tc>
          <w:tcPr>
            <w:tcW w:type="dxa" w:w="4536"/>
          </w:tcPr>
          <w:p>
            <w:r/>
          </w:p>
          <w:p>
            <w:pPr>
              <w:spacing w:after="80"/>
            </w:pPr>
            <w:r>
              <w:rPr>
                <w:sz w:val="20"/>
              </w:rPr>
              <w:t>Signed for and on behalf of Party 1:</w:t>
            </w:r>
          </w:p>
          <w:p>
            <w:pPr>
              <w:spacing w:after="80"/>
            </w:pPr>
          </w:p>
          <w:p>
            <w:pPr>
              <w:spacing w:after="80"/>
            </w:pPr>
            <w:r>
              <w:rPr>
                <w:sz w:val="20"/>
              </w:rPr>
              <w:t>Signature: ___________________________</w:t>
            </w:r>
          </w:p>
          <w:p>
            <w:pPr>
              <w:spacing w:after="80"/>
            </w:pPr>
          </w:p>
          <w:p>
            <w:pPr>
              <w:spacing w:after="80"/>
            </w:pPr>
            <w:r>
              <w:rPr>
                <w:sz w:val="20"/>
              </w:rPr>
              <w:t>Name (print): ___________________________</w:t>
            </w:r>
          </w:p>
          <w:p>
            <w:pPr>
              <w:spacing w:after="80"/>
            </w:pPr>
          </w:p>
          <w:p>
            <w:pPr>
              <w:spacing w:after="80"/>
            </w:pPr>
            <w:r>
              <w:rPr>
                <w:sz w:val="20"/>
              </w:rPr>
              <w:t>Title: ___________________________</w:t>
            </w:r>
          </w:p>
          <w:p>
            <w:pPr>
              <w:spacing w:after="80"/>
            </w:pPr>
          </w:p>
          <w:p>
            <w:pPr>
              <w:spacing w:after="80"/>
            </w:pPr>
            <w:r>
              <w:rPr>
                <w:sz w:val="20"/>
              </w:rPr>
              <w:t>Date: ___________________________</w:t>
            </w:r>
          </w:p>
          <w:p>
            <w:pPr>
              <w:spacing w:after="80"/>
            </w:pPr>
          </w:p>
          <w:p>
            <w:pPr>
              <w:spacing w:after="80"/>
            </w:pPr>
            <w:r>
              <w:rPr>
                <w:sz w:val="20"/>
              </w:rPr>
              <w:t>Company: ___________________________</w:t>
            </w:r>
          </w:p>
        </w:tc>
        <w:tc>
          <w:tcPr>
            <w:tcW w:type="dxa" w:w="4536"/>
          </w:tcPr>
          <w:p>
            <w:r/>
          </w:p>
          <w:p>
            <w:pPr>
              <w:spacing w:after="80"/>
            </w:pPr>
            <w:r>
              <w:rPr>
                <w:sz w:val="20"/>
              </w:rPr>
              <w:t>Signed for and on behalf of Party 2:</w:t>
            </w:r>
          </w:p>
          <w:p>
            <w:pPr>
              <w:spacing w:after="80"/>
            </w:pPr>
          </w:p>
          <w:p>
            <w:pPr>
              <w:spacing w:after="80"/>
            </w:pPr>
            <w:r>
              <w:rPr>
                <w:sz w:val="20"/>
              </w:rPr>
              <w:t>Signature: ___________________________</w:t>
            </w:r>
          </w:p>
          <w:p>
            <w:pPr>
              <w:spacing w:after="80"/>
            </w:pPr>
          </w:p>
          <w:p>
            <w:pPr>
              <w:spacing w:after="80"/>
            </w:pPr>
            <w:r>
              <w:rPr>
                <w:sz w:val="20"/>
              </w:rPr>
              <w:t>Name (print): ___________________________</w:t>
            </w:r>
          </w:p>
          <w:p>
            <w:pPr>
              <w:spacing w:after="80"/>
            </w:pPr>
          </w:p>
          <w:p>
            <w:pPr>
              <w:spacing w:after="80"/>
            </w:pPr>
            <w:r>
              <w:rPr>
                <w:sz w:val="20"/>
              </w:rPr>
              <w:t>Title: ___________________________</w:t>
            </w:r>
          </w:p>
          <w:p>
            <w:pPr>
              <w:spacing w:after="80"/>
            </w:pPr>
          </w:p>
          <w:p>
            <w:pPr>
              <w:spacing w:after="80"/>
            </w:pPr>
            <w:r>
              <w:rPr>
                <w:sz w:val="20"/>
              </w:rPr>
              <w:t>Date: ___________________________</w:t>
            </w:r>
          </w:p>
          <w:p>
            <w:pPr>
              <w:spacing w:after="80"/>
            </w:pPr>
          </w:p>
          <w:p>
            <w:pPr>
              <w:spacing w:after="80"/>
            </w:pPr>
            <w:r>
              <w:rPr>
                <w:sz w:val="20"/>
              </w:rPr>
              <w:t>Company: ___________________________</w:t>
            </w:r>
          </w:p>
        </w:tc>
      </w:tr>
    </w:tbl>
    <w:p/>
    <w:p>
      <w:pPr>
        <w:spacing w:before="240"/>
      </w:pPr>
      <w:r>
        <w:rPr>
          <w:i/>
          <w:color w:val="94A3B8"/>
          <w:sz w:val="16"/>
        </w:rPr>
        <w:t>Template provided by GuideToBusiness.co.uk — The Complete UK Small Business Guide | 2026/27</w:t>
      </w:r>
    </w:p>
    <w:sectPr w:rsidR="00FC693F" w:rsidRPr="0006063C" w:rsidSect="00034616">
      <w:pgSz w:w="11906" w:h="16838"/>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